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מרעיון למציאות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סיפור חייו של הרצל ואת השלבים שבהם הרעיון שלו הפך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נקודות מפנה משמעותיות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מסכם בעזרת 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קונגרס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אלתנוילנד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כינויו המפורסם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נפטר ב-1904, המדינה הוקמה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מקום הכנס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פעל מול מנהיגים ואנשים רבים ברחבי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ונחשף למשפט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 שבו הרצל הציג את הרעיון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(עיר שבה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(כינוי להרצל)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(אירוע שהשפיע על רעיונותיו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(ספר שמתאר את המדינה היהודית העתידית)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מתייחס לשלב מתוך תהליך הפיכת רעיון למציאות (כתיבה, שכנוע, ארגון, 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ציפייה לאירוע כמו משפט דרייפוס או הקונגרס הראשון, עם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כל שאלה רלוונטית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תהליך - כתיבה, פעולה, שכנוע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אירוע רלוונטי מחיי הרצל עם הסבר הגיוני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אמיתית וענינית הקשורה לנושא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כמה דקות בסוף השיעור למילוי כרטיס היציאה בצורה אישית ושקטה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לשתף כמה תשובות בעל פה כדי לעודד 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ככלי חזרה מהיר לפני הכרטיס היציאה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מרעיון למציאות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עיתונאי שחלם על הקמת מדינה יהודית, ופעל במשך שנים כדי להפוך את החלום הזה למציאות. בדף זה נסכם את עיקרי סיפורו.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מקצועו של הרצל לפני שהחל לפעול למען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הספר שבו הרצל הציג את רעיון המדינה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אלתנוילנד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הפעמונים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אירוע בצרפת השפיע מאוד על הרצל והוביל אותו לרעיון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ארגן הרצל כדי לקדם את הרעיון הציוני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פסטיבל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תערוכה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הספר של הרצל שמתאר איך תיראה המדינה היהודית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אלתנוילנד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הישוב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כינה 'חוזה המדינה' כי חזה את הקמתה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הספיק לראות בעיניו את הקמת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בעיר באזל שבשווייץ.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לבדו ולא שיתף אנשים נוספים ברעיונותיו.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 שבהונגריה.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המפורסם ביותר של הרצל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כונה 'חוזה ה__________'.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התקיים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עבד כ__________ לפני שהחל לפעול למען הרעיון הציוני.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ונחשף למשפט דרייפוס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כינוי להרצל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שמתאר את המדינה היהודית העתידית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אירוע שהשפיע על רעיונותיו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שבה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אלתנוילנד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שבו הרצל הציג את הרעיון למדינה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יציאה: דבר אחד שלמדתם היום על הדרך שבה רעיון הופך למציאות, בעזרת הסיפור של הרצל.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אירוע אחד בחיי הרצל שלדעתכם היה 'נקודת מפנה',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שעדיין מסקרנת אתכם לגבי הרצל או סיפורו.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שלמדתי היום על הדרך שבה רעיון הופך למציאות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אירוע אחד בחיי הרצל שהיה נקודת מפנה לדעתי,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שעדיין מסקרנת אותי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מרעיון למציאות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