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– מרעיון למציאות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עיקרי סיפור חייו של הרצל ואת השלבים שבהם הרעיון שלו הפך למציאות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נקודות מפנה משמעותיות בדרכו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מסכם בעזרת כרטיס יציאה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עיתונאי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משפט דרייפוס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קונגרס ציוני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אלתנוילנד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הרצל נולד בבודפשט, הונגריה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כינויו המפורסם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הרצל נפטר ב-1904, המדינה הוקמה ב-1948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מקום הכנס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הרצל פעל מול מנהיגים ואנשים רבים ברחבי העולם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באזל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עיתונאי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נולד בבודפשט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עובד כעיתונאי ונחשף למשפט דרייפוס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הרצל כותב את הספר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מתקיים הקונגרס הציוני הראשון בבאזל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הרצל נפטר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(ספר שבו הרצל הציג את הרעיון למדינה)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(עיר שבה התקיים הקונגרס הציוני הראשון)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(כינוי להרצל)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(אירוע שהשפיע על רעיונותיו של הרצל)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(ספר שמתאר את המדינה היהודית העתידית)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שהתלמיד מתייחס לשלב מתוך תהליך הפיכת רעיון למציאות (כתיבה, שכנוע, ארגון, התמדה)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ציפייה לאירוע כמו משפט דרייפוס או הקונגרס הראשון, עם הסבר הגיוני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- כל שאלה רלוונטית לנושא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המראה הבנה של תהליך - כתיבה, פעולה, שכנוע 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אירוע רלוונטי מחיי הרצל עם הסבר הגיוני לבחירה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אמיתית וענינית הקשורה לנושא הנלמד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להקדיש כמה דקות בסוף השיעור למילוי כרטיס היציאה בצורה אישית ושקטה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לשתף כמה תשובות בעל פה כדי לעודד דיון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בחלק ההתאמה ככלי חזרה מהיר לפני הכרטיס היציאה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– מרעיון למציאות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הרצל רצה שלעם היהודי תהיה מדינה. בדף הזה נתרגל מה למדנו עליו.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חוזה המדינה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כינוי להרצל, כי הוא חזה וראה מראש את הקמת המדינה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ציונות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תנועה שרצתה להקים מדינה יהודית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 דרייפוס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בצרפת שהשפיע מאוד על הרצל והרעיונות שלו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אלתנוילנד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שכתב הרצל ובו תיאר איך תיראה המדינה היהודית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הקונגרס הציוני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כנס גדול של נציגים יהודים מכל העולם, שהרצל ארגן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מדינת היהודים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הספר שבו הרצל כתב את רעיון המדינה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נקודת מפנה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רגע חשוב שבו משהו משתנה באופן משמעותי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חלוץ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שפועל ראשון למען רעיון או מטרה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במה עבד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עיתונאי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חקלאי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שם הספר העיקרי של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אלתנוילנד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 הפעמונים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ארץ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משפט השפיע על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מלחמת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דרייפוס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מהפכה צרפתית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פתיחת אוניברסיטה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הרצל ארגן?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תחרות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קונגרס ציוני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פסטיבל אמנות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תערוכה מדעית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נקרא הספר שמתאר את המדינה העתידית?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אלתנוילנד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 הישוב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דרך חדשה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נולד בארץ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כינה 'חוזה המדינה' כי חזה את הקמתה מראש.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הספיק לראות בעיניו את הקמת מדינת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הקונגרס הציוני הראשון התקיים בעיר באזל שבשווייץ.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פעל לבדו ולא שיתף אנשים נוספים ברעיונותיו.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נולד בעיר __________ שבהונגריה.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הספר המפורסם ביותר של הרצל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הרצל כונה 'חוזה ה__________'.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הקונגרס הציוני הראשון התקיים בעיר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הרצל עבד כ__________ לפני שהחל לפעול למען הרעיון הציוני.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עובד כעיתונאי ונחשף למשפט דרייפוס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מתקיים הקונגרס הציוני הראשון בבאזל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נולד בבודפשט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נפטר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כותב את הספר מדינת היהודים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מדינת היהודים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ספר שמתאר את המדינה היהודית העתידית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באזל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אירוע שהשפיע על רעיונותיו של הרצל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חוזה המדינה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עיר שבה התקיים הקונגרס הציוני הראשון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משפט דרייפוס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כינוי להרצל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אלתנוילנד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ספר שבו הרצל הציג את הרעיון למדינה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כרטיס יציאה: דבר אחד שלמדתם היום על הדרך שבה רעיון הופך למציאות, בעזרת הסיפור של הרצל.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אירוע אחד בחיי הרצל שלדעתכם היה 'נקודת מפנה', והסבירו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שאלה אחת שעדיין מסקרנת אתכם לגבי הרצל או סיפורו.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דבר אחד שלמדתי היום על הדרך שבה רעיון הופך למציאות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אירוע אחד בחיי הרצל שהיה נקודת מפנה לדעתי, ולמה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שאלה שעדיין מסקרנת אותי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בנימין זאב הרצל – מרעיון למציאות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