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מרעיון למציאות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סיפור חייו של הרצל ואת השלבים שבהם הרעיון שלו הפך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נקודות מפנה משמעותיות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מסכם בעזרת 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כינויו המפורסם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ונחשף למשפט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מתקיים הקונגרס הציוני הראשון בבאזל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 שבו הרצל הציג את הרעיון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(עיר שבה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(כינוי להרצל)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(אירוע שהשפיע על רעיונותיו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מתייחס לשלב מתוך תהליך הפיכת רעיון למציאות (כתיבה, שכנוע, ארגון, 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כל שאלה רלוונטית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תהליך - כתיבה, פעולה, שכנוע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אירוע רלוונטי מחיי הרצל עם הסבר הגיוני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אמיתית וענינית הקשורה לנושא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כמה דקות בסוף השיעור למילוי כרטיס היציאה בצורה אישית ושקטה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לשתף כמה תשובות בעל פה כדי לעודד 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ככלי חזרה מהיר לפני הכרטיס היציאה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מרעיון למציאות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הרצל היה עיתונאי שחלם על הקמת מדינה יהודית, ופעל במשך שנים כדי להפוך את החלום הזה למציאות. בדף זה נסכם את עיקרי סיפורו.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מדינה  ·  בודפשט  ·  מדינת היהודים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מקצועו של הרצל לפני שהחל לפעול למען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הספר שבו הרצל הציג את רעיון המדינה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אלתנוילנד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הפעמונים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כינה 'חוזה המדינה' כי חזה את הקמתה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בעיר __________ שבהונגריה.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המפורסם ביותר של הרצל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הרצל כונה 'חוזה ה__________'.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עובד כעיתונאי ונחשף למשפט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כינוי להרצל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אירוע שהשפיע על רעיונותיו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חוזה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 שבו הרצל הציג את הרעיון למדינה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עיר שבה התקיים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יציאה: דבר אחד שלמדתם היום על הדרך שבה רעיון הופך למציאות, בעזרת הסיפור של הרצל.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אחת שעדיין מסקרנת אתכם לגבי הרצל או סיפורו.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דבר אחד שלמדתי היום על הדרך שבה רעיון הופך למציאות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אירוע אחד בחיי הרצל שהיה נקודת מפנה לדעתי,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מרעיון למציאות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